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55651" w14:textId="1D807016" w:rsidR="00CB3087" w:rsidRPr="0005429B" w:rsidRDefault="0051270F" w:rsidP="0005429B">
      <w:pPr>
        <w:jc w:val="center"/>
        <w:rPr>
          <w:rFonts w:ascii="Noto Sans" w:hAnsi="Noto Sans" w:cs="Noto Sans"/>
          <w:color w:val="548DD4" w:themeColor="text2" w:themeTint="99"/>
          <w:sz w:val="28"/>
          <w:szCs w:val="28"/>
          <w:lang w:val="de-DE"/>
        </w:rPr>
      </w:pPr>
      <w:r w:rsidRPr="0005429B">
        <w:rPr>
          <w:rFonts w:ascii="Noto Sans" w:hAnsi="Noto Sans" w:cs="Noto Sans"/>
          <w:b/>
          <w:color w:val="548DD4" w:themeColor="text2" w:themeTint="99"/>
          <w:sz w:val="28"/>
          <w:szCs w:val="28"/>
          <w:lang w:val="de-DE"/>
        </w:rPr>
        <w:t xml:space="preserve">Einwilligung zur Erhebung und Nutzung von Kontaktdaten durch die </w:t>
      </w:r>
      <w:r w:rsidR="0005429B">
        <w:rPr>
          <w:rFonts w:ascii="Noto Sans" w:hAnsi="Noto Sans" w:cs="Noto Sans"/>
          <w:b/>
          <w:color w:val="548DD4" w:themeColor="text2" w:themeTint="99"/>
          <w:sz w:val="28"/>
          <w:szCs w:val="28"/>
          <w:lang w:val="de-DE"/>
        </w:rPr>
        <w:t>Elternvertreter*innen</w:t>
      </w:r>
    </w:p>
    <w:p w14:paraId="3FFD4F1F" w14:textId="3E3C1222" w:rsidR="00CB3087" w:rsidRPr="0005429B" w:rsidRDefault="0051270F">
      <w:pPr>
        <w:rPr>
          <w:rFonts w:ascii="Noto Sans" w:hAnsi="Noto Sans" w:cs="Noto Sans"/>
          <w:sz w:val="22"/>
          <w:lang w:val="de-DE"/>
        </w:rPr>
      </w:pPr>
      <w:r w:rsidRPr="0005429B">
        <w:rPr>
          <w:rFonts w:ascii="Noto Sans" w:hAnsi="Noto Sans" w:cs="Noto Sans"/>
          <w:sz w:val="22"/>
          <w:lang w:val="de-DE"/>
        </w:rPr>
        <w:t>Klasse: _____</w:t>
      </w:r>
      <w:r w:rsidR="0005429B" w:rsidRPr="0005429B">
        <w:rPr>
          <w:rFonts w:ascii="Noto Sans" w:hAnsi="Noto Sans" w:cs="Noto Sans"/>
          <w:sz w:val="22"/>
          <w:lang w:val="de-DE"/>
        </w:rPr>
        <w:t>_ Schule</w:t>
      </w:r>
      <w:r w:rsidRPr="0005429B">
        <w:rPr>
          <w:rFonts w:ascii="Noto Sans" w:hAnsi="Noto Sans" w:cs="Noto Sans"/>
          <w:sz w:val="22"/>
          <w:lang w:val="de-DE"/>
        </w:rPr>
        <w:t>: ____________________________________________</w:t>
      </w:r>
      <w:r w:rsidR="0005429B" w:rsidRPr="0005429B">
        <w:rPr>
          <w:rFonts w:ascii="Noto Sans" w:hAnsi="Noto Sans" w:cs="Noto Sans"/>
          <w:sz w:val="22"/>
          <w:lang w:val="de-DE"/>
        </w:rPr>
        <w:t>_ Ort</w:t>
      </w:r>
      <w:r w:rsidRPr="0005429B">
        <w:rPr>
          <w:rFonts w:ascii="Noto Sans" w:hAnsi="Noto Sans" w:cs="Noto Sans"/>
          <w:sz w:val="22"/>
          <w:lang w:val="de-DE"/>
        </w:rPr>
        <w:t>: ___________________</w:t>
      </w:r>
    </w:p>
    <w:p w14:paraId="73D12F1A"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Als amtierende Klassenelternvertreterin / amtierender Klassenelternvertreter bin ich,</w:t>
      </w:r>
    </w:p>
    <w:p w14:paraId="3B08E64A"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Name: _____________________________________________,</w:t>
      </w:r>
    </w:p>
    <w:p w14:paraId="5F7789A9"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die gewählte Vertretung der Eltern, deren Kinder diese Klasse besuchen.</w:t>
      </w:r>
    </w:p>
    <w:p w14:paraId="07E8FE00"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 xml:space="preserve">Um Sie im Rahmen meiner Aufgaben nach dem Schulgesetz Baden-Württemberg (§§ 55 ff. </w:t>
      </w:r>
      <w:proofErr w:type="spellStart"/>
      <w:r w:rsidRPr="0005429B">
        <w:rPr>
          <w:rFonts w:ascii="Noto Sans" w:hAnsi="Noto Sans" w:cs="Noto Sans"/>
          <w:sz w:val="22"/>
          <w:lang w:val="de-DE"/>
        </w:rPr>
        <w:t>SchG</w:t>
      </w:r>
      <w:proofErr w:type="spellEnd"/>
      <w:r w:rsidRPr="0005429B">
        <w:rPr>
          <w:rFonts w:ascii="Noto Sans" w:hAnsi="Noto Sans" w:cs="Noto Sans"/>
          <w:sz w:val="22"/>
          <w:lang w:val="de-DE"/>
        </w:rPr>
        <w:t>) und der Elternbeiratsverordnung (EBVO) informieren und einbinden zu können, benötige ich Ihre Kontaktdaten.</w:t>
      </w:r>
    </w:p>
    <w:p w14:paraId="1065052B"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Bitte tragen Sie Ihre Angaben gut leserlich in Druckbuchstaben ein. Vielen Dank für Ihre Unterstützung.</w:t>
      </w:r>
    </w:p>
    <w:p w14:paraId="0E83FAD2" w14:textId="77777777" w:rsidR="00CB3087" w:rsidRPr="0005429B" w:rsidRDefault="0051270F">
      <w:pPr>
        <w:pStyle w:val="berschrift2"/>
        <w:rPr>
          <w:rFonts w:ascii="Noto Sans" w:hAnsi="Noto Sans" w:cs="Noto Sans"/>
          <w:sz w:val="22"/>
          <w:szCs w:val="22"/>
          <w:lang w:val="de-DE"/>
        </w:rPr>
      </w:pPr>
      <w:r w:rsidRPr="0005429B">
        <w:rPr>
          <w:rFonts w:ascii="Noto Sans" w:hAnsi="Noto Sans" w:cs="Noto Sans"/>
          <w:sz w:val="22"/>
          <w:szCs w:val="22"/>
          <w:lang w:val="de-DE"/>
        </w:rPr>
        <w:t>1. Kontaktdaten</w:t>
      </w:r>
    </w:p>
    <w:p w14:paraId="783A069A" w14:textId="58C28CCC" w:rsidR="00CB3087" w:rsidRPr="0005429B" w:rsidRDefault="0051270F">
      <w:pPr>
        <w:rPr>
          <w:rFonts w:ascii="Noto Sans" w:hAnsi="Noto Sans" w:cs="Noto Sans"/>
          <w:sz w:val="22"/>
          <w:lang w:val="de-DE"/>
        </w:rPr>
      </w:pPr>
      <w:r w:rsidRPr="0005429B">
        <w:rPr>
          <w:rFonts w:ascii="Noto Sans" w:hAnsi="Noto Sans" w:cs="Noto Sans"/>
          <w:sz w:val="22"/>
          <w:lang w:val="de-DE"/>
        </w:rPr>
        <w:t xml:space="preserve">Anrede: </w:t>
      </w:r>
      <w:r w:rsidRPr="0005429B">
        <w:rPr>
          <w:rFonts w:ascii="Arial" w:hAnsi="Arial" w:cs="Arial"/>
          <w:sz w:val="22"/>
          <w:lang w:val="de-DE"/>
        </w:rPr>
        <w:t>□</w:t>
      </w:r>
      <w:r w:rsidRPr="0005429B">
        <w:rPr>
          <w:rFonts w:ascii="Noto Sans" w:hAnsi="Noto Sans" w:cs="Noto Sans"/>
          <w:sz w:val="22"/>
          <w:lang w:val="de-DE"/>
        </w:rPr>
        <w:t xml:space="preserve"> Herr </w:t>
      </w:r>
      <w:r w:rsidRPr="0005429B">
        <w:rPr>
          <w:rFonts w:ascii="Arial" w:hAnsi="Arial" w:cs="Arial"/>
          <w:sz w:val="22"/>
          <w:lang w:val="de-DE"/>
        </w:rPr>
        <w:t>□</w:t>
      </w:r>
      <w:r w:rsidRPr="0005429B">
        <w:rPr>
          <w:rFonts w:ascii="Noto Sans" w:hAnsi="Noto Sans" w:cs="Noto Sans"/>
          <w:sz w:val="22"/>
          <w:lang w:val="de-DE"/>
        </w:rPr>
        <w:t xml:space="preserve"> Frau </w:t>
      </w:r>
      <w:r w:rsidRPr="0005429B">
        <w:rPr>
          <w:rFonts w:ascii="Arial" w:hAnsi="Arial" w:cs="Arial"/>
          <w:sz w:val="22"/>
          <w:lang w:val="de-DE"/>
        </w:rPr>
        <w:t>□</w:t>
      </w:r>
      <w:r w:rsidRPr="0005429B">
        <w:rPr>
          <w:rFonts w:ascii="Noto Sans" w:hAnsi="Noto Sans" w:cs="Noto Sans"/>
          <w:sz w:val="22"/>
          <w:lang w:val="de-DE"/>
        </w:rPr>
        <w:t xml:space="preserve"> </w:t>
      </w:r>
      <w:r w:rsidR="0005429B" w:rsidRPr="0005429B">
        <w:rPr>
          <w:rFonts w:ascii="Noto Sans" w:hAnsi="Noto Sans" w:cs="Noto Sans"/>
          <w:sz w:val="22"/>
          <w:lang w:val="de-DE"/>
        </w:rPr>
        <w:t>divers</w:t>
      </w:r>
    </w:p>
    <w:p w14:paraId="651C4A9D"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Name, Vorname: _____________________________________________________</w:t>
      </w:r>
    </w:p>
    <w:p w14:paraId="09674EDE"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Adresse: ___________________________________________________________</w:t>
      </w:r>
    </w:p>
    <w:p w14:paraId="5B49485A"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PLZ / Ort: _________________________________________________________</w:t>
      </w:r>
    </w:p>
    <w:p w14:paraId="25699D42"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E-Mail: ____________________________________________________________</w:t>
      </w:r>
    </w:p>
    <w:p w14:paraId="5FC2AA6B"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Telefon: ___________________________________________________________</w:t>
      </w:r>
    </w:p>
    <w:p w14:paraId="4A10A29D" w14:textId="77777777" w:rsidR="00CB3087" w:rsidRPr="0005429B" w:rsidRDefault="0051270F">
      <w:pPr>
        <w:pStyle w:val="berschrift2"/>
        <w:rPr>
          <w:rFonts w:ascii="Noto Sans" w:hAnsi="Noto Sans" w:cs="Noto Sans"/>
          <w:sz w:val="22"/>
          <w:szCs w:val="22"/>
          <w:lang w:val="de-DE"/>
        </w:rPr>
      </w:pPr>
      <w:r w:rsidRPr="0005429B">
        <w:rPr>
          <w:rFonts w:ascii="Noto Sans" w:hAnsi="Noto Sans" w:cs="Noto Sans"/>
          <w:sz w:val="22"/>
          <w:szCs w:val="22"/>
          <w:lang w:val="de-DE"/>
        </w:rPr>
        <w:t>2. Freiwillige Angaben für die Klassenliste</w:t>
      </w:r>
    </w:p>
    <w:p w14:paraId="7B3B2F68"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Ich erkläre mich freiwillig bereit, dass die folgenden Daten in eine Klassenliste aufgenommen und ausschließlich an die Eltern dieser Klasse weitergegeben werden dürfen, um die Vernetzung innerhalb der Klasse zu erleichtern.</w:t>
      </w:r>
    </w:p>
    <w:p w14:paraId="2896A8D6"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(Bitte ankreuzen, was weitergegeben werden darf)</w:t>
      </w:r>
    </w:p>
    <w:p w14:paraId="36D7DD8E" w14:textId="3AFCBB97" w:rsidR="00CB3087" w:rsidRPr="0005429B" w:rsidRDefault="0051270F">
      <w:pPr>
        <w:rPr>
          <w:rFonts w:ascii="Noto Sans" w:hAnsi="Noto Sans" w:cs="Noto Sans"/>
          <w:sz w:val="22"/>
          <w:lang w:val="de-DE"/>
        </w:rPr>
      </w:pPr>
      <w:r w:rsidRPr="0005429B">
        <w:rPr>
          <w:rFonts w:ascii="Arial" w:hAnsi="Arial" w:cs="Arial"/>
          <w:sz w:val="22"/>
          <w:lang w:val="de-DE"/>
        </w:rPr>
        <w:t>□</w:t>
      </w:r>
      <w:r w:rsidRPr="0005429B">
        <w:rPr>
          <w:rFonts w:ascii="Noto Sans" w:hAnsi="Noto Sans" w:cs="Noto Sans"/>
          <w:sz w:val="22"/>
          <w:lang w:val="de-DE"/>
        </w:rPr>
        <w:t xml:space="preserve"> </w:t>
      </w:r>
      <w:r w:rsidR="0005429B" w:rsidRPr="0005429B">
        <w:rPr>
          <w:rFonts w:ascii="Noto Sans" w:hAnsi="Noto Sans" w:cs="Noto Sans"/>
          <w:sz w:val="22"/>
          <w:lang w:val="de-DE"/>
        </w:rPr>
        <w:t>Name </w:t>
      </w:r>
      <w:r w:rsidR="0005429B" w:rsidRPr="0005429B">
        <w:rPr>
          <w:rFonts w:ascii="Arial" w:hAnsi="Arial" w:cs="Arial"/>
          <w:sz w:val="22"/>
          <w:lang w:val="de-DE"/>
        </w:rPr>
        <w:t>□</w:t>
      </w:r>
      <w:r w:rsidRPr="0005429B">
        <w:rPr>
          <w:rFonts w:ascii="Noto Sans" w:hAnsi="Noto Sans" w:cs="Noto Sans"/>
          <w:sz w:val="22"/>
          <w:lang w:val="de-DE"/>
        </w:rPr>
        <w:t xml:space="preserve"> </w:t>
      </w:r>
      <w:r w:rsidR="0005429B" w:rsidRPr="0005429B">
        <w:rPr>
          <w:rFonts w:ascii="Noto Sans" w:hAnsi="Noto Sans" w:cs="Noto Sans"/>
          <w:sz w:val="22"/>
          <w:lang w:val="de-DE"/>
        </w:rPr>
        <w:t>Vorname </w:t>
      </w:r>
      <w:r w:rsidR="0005429B" w:rsidRPr="0005429B">
        <w:rPr>
          <w:rFonts w:ascii="Arial" w:hAnsi="Arial" w:cs="Arial"/>
          <w:sz w:val="22"/>
          <w:lang w:val="de-DE"/>
        </w:rPr>
        <w:t>□</w:t>
      </w:r>
      <w:r w:rsidRPr="0005429B">
        <w:rPr>
          <w:rFonts w:ascii="Noto Sans" w:hAnsi="Noto Sans" w:cs="Noto Sans"/>
          <w:sz w:val="22"/>
          <w:lang w:val="de-DE"/>
        </w:rPr>
        <w:t xml:space="preserve"> </w:t>
      </w:r>
      <w:r w:rsidR="0005429B" w:rsidRPr="0005429B">
        <w:rPr>
          <w:rFonts w:ascii="Noto Sans" w:hAnsi="Noto Sans" w:cs="Noto Sans"/>
          <w:sz w:val="22"/>
          <w:lang w:val="de-DE"/>
        </w:rPr>
        <w:t>Adresse </w:t>
      </w:r>
      <w:r w:rsidR="0005429B" w:rsidRPr="0005429B">
        <w:rPr>
          <w:rFonts w:ascii="Arial" w:hAnsi="Arial" w:cs="Arial"/>
          <w:sz w:val="22"/>
          <w:lang w:val="de-DE"/>
        </w:rPr>
        <w:t>□</w:t>
      </w:r>
      <w:r w:rsidRPr="0005429B">
        <w:rPr>
          <w:rFonts w:ascii="Noto Sans" w:hAnsi="Noto Sans" w:cs="Noto Sans"/>
          <w:sz w:val="22"/>
          <w:lang w:val="de-DE"/>
        </w:rPr>
        <w:t xml:space="preserve"> PLZ / </w:t>
      </w:r>
      <w:r w:rsidR="00127F94" w:rsidRPr="0005429B">
        <w:rPr>
          <w:rFonts w:ascii="Noto Sans" w:hAnsi="Noto Sans" w:cs="Noto Sans"/>
          <w:sz w:val="22"/>
          <w:lang w:val="de-DE"/>
        </w:rPr>
        <w:t>Ort </w:t>
      </w:r>
      <w:r w:rsidR="00127F94" w:rsidRPr="0005429B">
        <w:rPr>
          <w:rFonts w:ascii="Arial" w:hAnsi="Arial" w:cs="Arial"/>
          <w:sz w:val="22"/>
          <w:lang w:val="de-DE"/>
        </w:rPr>
        <w:t>□</w:t>
      </w:r>
      <w:r w:rsidRPr="0005429B">
        <w:rPr>
          <w:rFonts w:ascii="Noto Sans" w:hAnsi="Noto Sans" w:cs="Noto Sans"/>
          <w:sz w:val="22"/>
          <w:lang w:val="de-DE"/>
        </w:rPr>
        <w:t xml:space="preserve"> </w:t>
      </w:r>
      <w:proofErr w:type="gramStart"/>
      <w:r w:rsidRPr="0005429B">
        <w:rPr>
          <w:rFonts w:ascii="Noto Sans" w:hAnsi="Noto Sans" w:cs="Noto Sans"/>
          <w:sz w:val="22"/>
          <w:lang w:val="de-DE"/>
        </w:rPr>
        <w:t>E-Mail  </w:t>
      </w:r>
      <w:r w:rsidRPr="0005429B">
        <w:rPr>
          <w:rFonts w:ascii="Arial" w:hAnsi="Arial" w:cs="Arial"/>
          <w:sz w:val="22"/>
          <w:lang w:val="de-DE"/>
        </w:rPr>
        <w:t>□</w:t>
      </w:r>
      <w:proofErr w:type="gramEnd"/>
      <w:r w:rsidRPr="0005429B">
        <w:rPr>
          <w:rFonts w:ascii="Noto Sans" w:hAnsi="Noto Sans" w:cs="Noto Sans"/>
          <w:sz w:val="22"/>
          <w:lang w:val="de-DE"/>
        </w:rPr>
        <w:t xml:space="preserve"> Telefon</w:t>
      </w:r>
    </w:p>
    <w:p w14:paraId="125B52D3"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Ich weiß, dass die Teilnahme an der Klassenliste freiwillig ist und dass mir keine Nachteile entstehen, wenn ich keine Daten dafür angebe.</w:t>
      </w:r>
    </w:p>
    <w:p w14:paraId="54853202" w14:textId="77777777" w:rsidR="00CB3087" w:rsidRPr="0005429B" w:rsidRDefault="0051270F">
      <w:pPr>
        <w:pStyle w:val="berschrift2"/>
        <w:rPr>
          <w:rFonts w:ascii="Noto Sans" w:hAnsi="Noto Sans" w:cs="Noto Sans"/>
          <w:sz w:val="22"/>
          <w:szCs w:val="22"/>
          <w:lang w:val="de-DE"/>
        </w:rPr>
      </w:pPr>
      <w:r w:rsidRPr="0005429B">
        <w:rPr>
          <w:rFonts w:ascii="Noto Sans" w:hAnsi="Noto Sans" w:cs="Noto Sans"/>
          <w:sz w:val="22"/>
          <w:szCs w:val="22"/>
          <w:lang w:val="de-DE"/>
        </w:rPr>
        <w:lastRenderedPageBreak/>
        <w:t>3. Einwilligung in die Datenverarbeitung</w:t>
      </w:r>
    </w:p>
    <w:p w14:paraId="14DC49E6"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Ich willige ein, dass die/der amtierende Elternvertreter*in meine oben angegebenen Kontaktdaten erhebt, speichert und nutzt, mich im Rahmen ihrer/seiner Aufgaben kontaktiert und die von mir freigegebenen Daten an die Eltern der Klasse weitergibt.</w:t>
      </w:r>
    </w:p>
    <w:p w14:paraId="620BC7DB"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Die Daten werden ausschließlich für die Elternarbeit in dieser Klasse verwendet. Eine Weitergabe an Dritte erfolgt nicht.</w:t>
      </w:r>
    </w:p>
    <w:p w14:paraId="78FF0B73"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Ich kann meine Einwilligung jederzeit per E-Mail oder schriftlich widerrufen. Bereits erfolgte Verarbeitungen bleiben bis zum Widerruf rechtmäßig.</w:t>
      </w:r>
    </w:p>
    <w:p w14:paraId="6B673462" w14:textId="77777777" w:rsidR="00CB3087" w:rsidRPr="0005429B" w:rsidRDefault="0051270F">
      <w:pPr>
        <w:pStyle w:val="berschrift2"/>
        <w:rPr>
          <w:rFonts w:ascii="Noto Sans" w:hAnsi="Noto Sans" w:cs="Noto Sans"/>
          <w:sz w:val="22"/>
          <w:szCs w:val="22"/>
          <w:lang w:val="de-DE"/>
        </w:rPr>
      </w:pPr>
      <w:r w:rsidRPr="0005429B">
        <w:rPr>
          <w:rFonts w:ascii="Noto Sans" w:hAnsi="Noto Sans" w:cs="Noto Sans"/>
          <w:sz w:val="22"/>
          <w:szCs w:val="22"/>
          <w:lang w:val="de-DE"/>
        </w:rPr>
        <w:t>4. Speicher- und Löschfristen</w:t>
      </w:r>
    </w:p>
    <w:p w14:paraId="71518C4F"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Die personenbezogenen Daten werden spätestens einen Monat nach Ende der Amtszeit der Elternvertretung gelöscht oder auf Wunsch früher, sofern kein gesetzlicher Grund zur Aufbewahrung besteht.</w:t>
      </w:r>
    </w:p>
    <w:p w14:paraId="6080A483" w14:textId="77777777" w:rsidR="00CB3087" w:rsidRPr="0005429B" w:rsidRDefault="0051270F">
      <w:pPr>
        <w:pStyle w:val="berschrift2"/>
        <w:rPr>
          <w:rFonts w:ascii="Noto Sans" w:hAnsi="Noto Sans" w:cs="Noto Sans"/>
          <w:sz w:val="22"/>
          <w:szCs w:val="22"/>
          <w:lang w:val="de-DE"/>
        </w:rPr>
      </w:pPr>
      <w:r w:rsidRPr="0005429B">
        <w:rPr>
          <w:rFonts w:ascii="Noto Sans" w:hAnsi="Noto Sans" w:cs="Noto Sans"/>
          <w:sz w:val="22"/>
          <w:szCs w:val="22"/>
          <w:lang w:val="de-DE"/>
        </w:rPr>
        <w:t>5. Informationspflicht gemäß Art. 13 DSGVO</w:t>
      </w:r>
    </w:p>
    <w:p w14:paraId="4234327F"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Verantwortlich für die Datenverarbeitung:</w:t>
      </w:r>
    </w:p>
    <w:p w14:paraId="6782041B"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Elternvertreter*in der Klasse ______</w:t>
      </w:r>
    </w:p>
    <w:p w14:paraId="01E47513"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Name: _____________________________________________</w:t>
      </w:r>
    </w:p>
    <w:p w14:paraId="346C17A5"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Adresse: _____________________________________________</w:t>
      </w:r>
    </w:p>
    <w:p w14:paraId="31D3E232"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PLZ / Ort: __________________________________________</w:t>
      </w:r>
    </w:p>
    <w:p w14:paraId="28996D0F"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E-Mail: ______________________________________________</w:t>
      </w:r>
    </w:p>
    <w:p w14:paraId="20F9AA93"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Telefon: _____________________________________________</w:t>
      </w:r>
    </w:p>
    <w:p w14:paraId="25117FE1"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Zweck der Verarbeitung: Kontaktaufnahme, Information und Vernetzung der Eltern innerhalb der Klasse ______</w:t>
      </w:r>
    </w:p>
    <w:p w14:paraId="2B63903D"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 xml:space="preserve">Rechtsgrundlage: Art. 6 Abs. 1 </w:t>
      </w:r>
      <w:proofErr w:type="spellStart"/>
      <w:r w:rsidRPr="0005429B">
        <w:rPr>
          <w:rFonts w:ascii="Noto Sans" w:hAnsi="Noto Sans" w:cs="Noto Sans"/>
          <w:sz w:val="22"/>
          <w:lang w:val="de-DE"/>
        </w:rPr>
        <w:t>lit</w:t>
      </w:r>
      <w:proofErr w:type="spellEnd"/>
      <w:r w:rsidRPr="0005429B">
        <w:rPr>
          <w:rFonts w:ascii="Noto Sans" w:hAnsi="Noto Sans" w:cs="Noto Sans"/>
          <w:sz w:val="22"/>
          <w:lang w:val="de-DE"/>
        </w:rPr>
        <w:t xml:space="preserve">. a DSGVO (Einwilligung) i. V. m. §§ 55 ff. </w:t>
      </w:r>
      <w:proofErr w:type="spellStart"/>
      <w:r w:rsidRPr="0005429B">
        <w:rPr>
          <w:rFonts w:ascii="Noto Sans" w:hAnsi="Noto Sans" w:cs="Noto Sans"/>
          <w:sz w:val="22"/>
          <w:lang w:val="de-DE"/>
        </w:rPr>
        <w:t>SchG</w:t>
      </w:r>
      <w:proofErr w:type="spellEnd"/>
      <w:r w:rsidRPr="0005429B">
        <w:rPr>
          <w:rFonts w:ascii="Noto Sans" w:hAnsi="Noto Sans" w:cs="Noto Sans"/>
          <w:sz w:val="22"/>
          <w:lang w:val="de-DE"/>
        </w:rPr>
        <w:t xml:space="preserve"> und EBVO BW</w:t>
      </w:r>
    </w:p>
    <w:p w14:paraId="25A1422A"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Empfänger der Daten: Nur Eltern der Klasse ______, soweit die Freigabe unter Punkt 2 erfolgt ist.</w:t>
      </w:r>
    </w:p>
    <w:p w14:paraId="3673FC1B"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Speicherdauer: Bis zum Ende der Amtszeit der Elternvertretung oder bis zum Widerruf der Einwilligung.</w:t>
      </w:r>
    </w:p>
    <w:p w14:paraId="1A9B7027"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lastRenderedPageBreak/>
        <w:t>Ihre Rechte: Sie haben das Recht auf Auskunft (Art. 15 DSGVO), Berichtigung (Art. 16), Löschung (Art. 17), Einschränkung (Art. 18) und Datenübertragbarkeit (Art. 20). Sie können Ihre Einwilligung jederzeit widerrufen.</w:t>
      </w:r>
    </w:p>
    <w:p w14:paraId="582A4190"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Beschwerden richten Sie bitte an den Landesbeauftragten für den Datenschutz und die Informationsfreiheit Baden-Württemberg (</w:t>
      </w:r>
      <w:proofErr w:type="spellStart"/>
      <w:r w:rsidRPr="0005429B">
        <w:rPr>
          <w:rFonts w:ascii="Noto Sans" w:hAnsi="Noto Sans" w:cs="Noto Sans"/>
          <w:sz w:val="22"/>
          <w:lang w:val="de-DE"/>
        </w:rPr>
        <w:t>LfDI</w:t>
      </w:r>
      <w:proofErr w:type="spellEnd"/>
      <w:r w:rsidRPr="0005429B">
        <w:rPr>
          <w:rFonts w:ascii="Noto Sans" w:hAnsi="Noto Sans" w:cs="Noto Sans"/>
          <w:sz w:val="22"/>
          <w:lang w:val="de-DE"/>
        </w:rPr>
        <w:t xml:space="preserve"> BW), Lautenschlagerstraße 20, 70173 Stuttgart.</w:t>
      </w:r>
    </w:p>
    <w:p w14:paraId="68221065" w14:textId="4B29AB1D" w:rsidR="00CB3087" w:rsidRPr="0005429B" w:rsidRDefault="0051270F">
      <w:pPr>
        <w:rPr>
          <w:rFonts w:ascii="Noto Sans" w:hAnsi="Noto Sans" w:cs="Noto Sans"/>
          <w:sz w:val="22"/>
          <w:lang w:val="de-DE"/>
        </w:rPr>
      </w:pPr>
      <w:r w:rsidRPr="0005429B">
        <w:rPr>
          <w:rFonts w:ascii="Noto Sans" w:hAnsi="Noto Sans" w:cs="Noto Sans"/>
          <w:sz w:val="22"/>
          <w:lang w:val="de-DE"/>
        </w:rPr>
        <w:t>Ort, Datum: ________________________</w:t>
      </w:r>
      <w:r w:rsidR="0005429B" w:rsidRPr="0005429B">
        <w:rPr>
          <w:rFonts w:ascii="Noto Sans" w:hAnsi="Noto Sans" w:cs="Noto Sans"/>
          <w:sz w:val="22"/>
          <w:lang w:val="de-DE"/>
        </w:rPr>
        <w:t>_ Unterschrift</w:t>
      </w:r>
      <w:r w:rsidRPr="0005429B">
        <w:rPr>
          <w:rFonts w:ascii="Noto Sans" w:hAnsi="Noto Sans" w:cs="Noto Sans"/>
          <w:sz w:val="22"/>
          <w:lang w:val="de-DE"/>
        </w:rPr>
        <w:t>: _________________________</w:t>
      </w:r>
    </w:p>
    <w:p w14:paraId="7DDBDFC9" w14:textId="77777777" w:rsidR="00CB3087" w:rsidRPr="00127F94" w:rsidRDefault="0051270F">
      <w:pPr>
        <w:rPr>
          <w:rFonts w:ascii="Noto Sans" w:hAnsi="Noto Sans" w:cs="Noto Sans"/>
          <w:b/>
          <w:bCs/>
          <w:color w:val="548DD4" w:themeColor="text2" w:themeTint="99"/>
          <w:sz w:val="22"/>
          <w:lang w:val="de-DE"/>
        </w:rPr>
      </w:pPr>
      <w:r w:rsidRPr="0005429B">
        <w:rPr>
          <w:rFonts w:ascii="Noto Sans" w:hAnsi="Noto Sans" w:cs="Noto Sans"/>
          <w:sz w:val="22"/>
          <w:lang w:val="de-DE"/>
        </w:rPr>
        <w:br/>
      </w:r>
      <w:r w:rsidRPr="00127F94">
        <w:rPr>
          <w:rFonts w:ascii="Noto Sans" w:hAnsi="Noto Sans" w:cs="Noto Sans"/>
          <w:b/>
          <w:bCs/>
          <w:color w:val="548DD4" w:themeColor="text2" w:themeTint="99"/>
          <w:sz w:val="22"/>
          <w:lang w:val="de-DE"/>
        </w:rPr>
        <w:t>Hinweis für Elternvertreter*innen:</w:t>
      </w:r>
    </w:p>
    <w:p w14:paraId="77250DD7" w14:textId="77777777" w:rsidR="00CB3087" w:rsidRPr="0005429B" w:rsidRDefault="0051270F">
      <w:pPr>
        <w:rPr>
          <w:rFonts w:ascii="Noto Sans" w:hAnsi="Noto Sans" w:cs="Noto Sans"/>
          <w:sz w:val="22"/>
          <w:lang w:val="de-DE"/>
        </w:rPr>
      </w:pPr>
      <w:r w:rsidRPr="0005429B">
        <w:rPr>
          <w:rFonts w:ascii="Noto Sans" w:hAnsi="Noto Sans" w:cs="Noto Sans"/>
          <w:sz w:val="22"/>
          <w:lang w:val="de-DE"/>
        </w:rPr>
        <w:t>Bitte bewahren Sie die Einwilligungserklärungen sicher auf (z. B. in einem geschützten Ordner, kein Cloud-Dienst außerhalb der EU). Nach Ablauf der Amtszeit sind alle gespeicherten Daten zu löschen. Für elektronische Kommunikation empfiehlt das Kultusministerium, eine eigene E-Mail-Adresse für das Amt zu verwenden, nicht die private.</w:t>
      </w:r>
    </w:p>
    <w:p w14:paraId="6390D9A1" w14:textId="18C70E06" w:rsidR="00CB3087" w:rsidRPr="0005429B" w:rsidRDefault="0051270F">
      <w:pPr>
        <w:rPr>
          <w:rFonts w:ascii="Noto Sans" w:hAnsi="Noto Sans" w:cs="Noto Sans"/>
          <w:sz w:val="22"/>
          <w:lang w:val="de-DE"/>
        </w:rPr>
      </w:pPr>
      <w:r w:rsidRPr="0005429B">
        <w:rPr>
          <w:rFonts w:ascii="Noto Sans" w:hAnsi="Noto Sans" w:cs="Noto Sans"/>
          <w:sz w:val="22"/>
          <w:lang w:val="de-DE"/>
        </w:rPr>
        <w:br/>
      </w:r>
    </w:p>
    <w:p w14:paraId="46F9DE50" w14:textId="64BF1A3C" w:rsidR="00CB3087" w:rsidRDefault="00CB3087"/>
    <w:p w14:paraId="5BDE6344" w14:textId="77777777" w:rsidR="0005429B" w:rsidRDefault="0005429B"/>
    <w:p w14:paraId="0BEE4054" w14:textId="77777777" w:rsidR="0005429B" w:rsidRDefault="0005429B"/>
    <w:p w14:paraId="3560BFC7" w14:textId="77777777" w:rsidR="0005429B" w:rsidRDefault="0005429B"/>
    <w:p w14:paraId="23DA36A2" w14:textId="77777777" w:rsidR="0005429B" w:rsidRDefault="0005429B"/>
    <w:p w14:paraId="00520F1F" w14:textId="77777777" w:rsidR="0005429B" w:rsidRDefault="0005429B"/>
    <w:p w14:paraId="08ED3003" w14:textId="77777777" w:rsidR="0005429B" w:rsidRDefault="0005429B"/>
    <w:p w14:paraId="50971197" w14:textId="77777777" w:rsidR="0005429B" w:rsidRDefault="0005429B"/>
    <w:p w14:paraId="3855E914" w14:textId="77777777" w:rsidR="0005429B" w:rsidRDefault="0005429B"/>
    <w:p w14:paraId="4834327B" w14:textId="77777777" w:rsidR="0005429B" w:rsidRDefault="0005429B"/>
    <w:p w14:paraId="24A8729C" w14:textId="77777777" w:rsidR="0005429B" w:rsidRDefault="0005429B"/>
    <w:p w14:paraId="062F36DC" w14:textId="77777777" w:rsidR="0005429B" w:rsidRDefault="0005429B"/>
    <w:p w14:paraId="680E8573" w14:textId="635D4817" w:rsidR="0005429B" w:rsidRDefault="0005429B" w:rsidP="0005429B">
      <w:pPr>
        <w:jc w:val="right"/>
      </w:pPr>
      <w:r w:rsidRPr="0005429B">
        <w:rPr>
          <w:rFonts w:ascii="Noto Sans" w:hAnsi="Noto Sans" w:cs="Noto Sans"/>
          <w:sz w:val="22"/>
          <w:lang w:val="de-DE"/>
        </w:rPr>
        <w:t>Stand: Oktober 2025</w:t>
      </w:r>
    </w:p>
    <w:sectPr w:rsidR="0005429B" w:rsidSect="0005429B">
      <w:footerReference w:type="even" r:id="rId8"/>
      <w:footerReference w:type="default" r:id="rId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7AD90" w14:textId="77777777" w:rsidR="0051270F" w:rsidRDefault="0051270F" w:rsidP="0005429B">
      <w:pPr>
        <w:spacing w:after="0" w:line="240" w:lineRule="auto"/>
      </w:pPr>
      <w:r>
        <w:separator/>
      </w:r>
    </w:p>
  </w:endnote>
  <w:endnote w:type="continuationSeparator" w:id="0">
    <w:p w14:paraId="08113590" w14:textId="77777777" w:rsidR="0051270F" w:rsidRDefault="0051270F" w:rsidP="00054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Noto Sans">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711609619"/>
      <w:docPartObj>
        <w:docPartGallery w:val="Page Numbers (Bottom of Page)"/>
        <w:docPartUnique/>
      </w:docPartObj>
    </w:sdtPr>
    <w:sdtEndPr>
      <w:rPr>
        <w:rStyle w:val="Seitenzahl"/>
      </w:rPr>
    </w:sdtEndPr>
    <w:sdtContent>
      <w:p w14:paraId="259DBE90" w14:textId="4E4044EF" w:rsidR="0005429B" w:rsidRDefault="0005429B" w:rsidP="00714F0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28C84221" w14:textId="77777777" w:rsidR="0005429B" w:rsidRDefault="0005429B" w:rsidP="0005429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092047223"/>
      <w:docPartObj>
        <w:docPartGallery w:val="Page Numbers (Bottom of Page)"/>
        <w:docPartUnique/>
      </w:docPartObj>
    </w:sdtPr>
    <w:sdtEndPr>
      <w:rPr>
        <w:rStyle w:val="Seitenzahl"/>
      </w:rPr>
    </w:sdtEndPr>
    <w:sdtContent>
      <w:p w14:paraId="5118B74A" w14:textId="4B475404" w:rsidR="0005429B" w:rsidRDefault="0005429B" w:rsidP="00714F0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287950AD" w14:textId="77777777" w:rsidR="0005429B" w:rsidRDefault="0005429B" w:rsidP="0005429B">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DA485" w14:textId="77777777" w:rsidR="0051270F" w:rsidRDefault="0051270F" w:rsidP="0005429B">
      <w:pPr>
        <w:spacing w:after="0" w:line="240" w:lineRule="auto"/>
      </w:pPr>
      <w:r>
        <w:separator/>
      </w:r>
    </w:p>
  </w:footnote>
  <w:footnote w:type="continuationSeparator" w:id="0">
    <w:p w14:paraId="20508BED" w14:textId="77777777" w:rsidR="0051270F" w:rsidRDefault="0051270F" w:rsidP="000542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939526446">
    <w:abstractNumId w:val="8"/>
  </w:num>
  <w:num w:numId="2" w16cid:durableId="1599295434">
    <w:abstractNumId w:val="6"/>
  </w:num>
  <w:num w:numId="3" w16cid:durableId="1213157014">
    <w:abstractNumId w:val="5"/>
  </w:num>
  <w:num w:numId="4" w16cid:durableId="927885019">
    <w:abstractNumId w:val="4"/>
  </w:num>
  <w:num w:numId="5" w16cid:durableId="210308630">
    <w:abstractNumId w:val="7"/>
  </w:num>
  <w:num w:numId="6" w16cid:durableId="2146314162">
    <w:abstractNumId w:val="3"/>
  </w:num>
  <w:num w:numId="7" w16cid:durableId="872810457">
    <w:abstractNumId w:val="2"/>
  </w:num>
  <w:num w:numId="8" w16cid:durableId="869948751">
    <w:abstractNumId w:val="1"/>
  </w:num>
  <w:num w:numId="9" w16cid:durableId="870730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429B"/>
    <w:rsid w:val="0006063C"/>
    <w:rsid w:val="00127F94"/>
    <w:rsid w:val="0015074B"/>
    <w:rsid w:val="0029639D"/>
    <w:rsid w:val="00326F90"/>
    <w:rsid w:val="00397C07"/>
    <w:rsid w:val="0051270F"/>
    <w:rsid w:val="006674C5"/>
    <w:rsid w:val="006C428C"/>
    <w:rsid w:val="00885B65"/>
    <w:rsid w:val="00AA1D8D"/>
    <w:rsid w:val="00B47730"/>
    <w:rsid w:val="00CB0664"/>
    <w:rsid w:val="00CB308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DC8006"/>
  <w14:defaultImageDpi w14:val="300"/>
  <w15:docId w15:val="{7AEE1EF1-E1B5-7643-8ABF-B404D947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Verdana" w:hAnsi="Verdana"/>
      <w:sz w:val="24"/>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eitenzahl">
    <w:name w:val="page number"/>
    <w:basedOn w:val="Absatz-Standardschriftart"/>
    <w:uiPriority w:val="99"/>
    <w:semiHidden/>
    <w:unhideWhenUsed/>
    <w:rsid w:val="00054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7FBD0D2DD586E418F239101B51AB8A8" ma:contentTypeVersion="19" ma:contentTypeDescription="Ein neues Dokument erstellen." ma:contentTypeScope="" ma:versionID="28f8f9928180caab2dfcbbf91921ee8c">
  <xsd:schema xmlns:xsd="http://www.w3.org/2001/XMLSchema" xmlns:xs="http://www.w3.org/2001/XMLSchema" xmlns:p="http://schemas.microsoft.com/office/2006/metadata/properties" xmlns:ns2="fbb82c9b-01ac-45eb-b156-8e689bca4c7c" xmlns:ns3="ebba825e-729b-47cf-8a04-0b19435ecac1" targetNamespace="http://schemas.microsoft.com/office/2006/metadata/properties" ma:root="true" ma:fieldsID="74a51fc97a8dcb0d74f8c436101387f1" ns2:_="" ns3:_="">
    <xsd:import namespace="fbb82c9b-01ac-45eb-b156-8e689bca4c7c"/>
    <xsd:import namespace="ebba825e-729b-47cf-8a04-0b19435eca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82c9b-01ac-45eb-b156-8e689bca4c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25dde-7258-4ed1-8c4f-0baffa143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ba825e-729b-47cf-8a04-0b19435ecac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ae8f114a-0c79-43f7-a0be-f9a10edc1bb0}" ma:internalName="TaxCatchAll" ma:showField="CatchAllData" ma:web="ebba825e-729b-47cf-8a04-0b19435eca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bba825e-729b-47cf-8a04-0b19435ecac1" xsi:nil="true"/>
    <lcf76f155ced4ddcb4097134ff3c332f xmlns="fbb82c9b-01ac-45eb-b156-8e689bca4c7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63BD66F-806A-43CA-95AF-F8BEB6967200}"/>
</file>

<file path=customXml/itemProps3.xml><?xml version="1.0" encoding="utf-8"?>
<ds:datastoreItem xmlns:ds="http://schemas.openxmlformats.org/officeDocument/2006/customXml" ds:itemID="{6E4FB65E-CA33-42FD-81C4-F8944006EB6C}"/>
</file>

<file path=customXml/itemProps4.xml><?xml version="1.0" encoding="utf-8"?>
<ds:datastoreItem xmlns:ds="http://schemas.openxmlformats.org/officeDocument/2006/customXml" ds:itemID="{837A7202-A7E0-4FA1-95A0-57090FBFF457}"/>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3498</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Kathrin Behfeld</cp:lastModifiedBy>
  <cp:revision>2</cp:revision>
  <dcterms:created xsi:type="dcterms:W3CDTF">2025-10-21T11:46:00Z</dcterms:created>
  <dcterms:modified xsi:type="dcterms:W3CDTF">2025-10-21T11:46:00Z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0x010100E7FBD0D2DD586E418F239101B51AB8A8</vt:lpwstr>
  </property>
</Properties>
</file>